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4FA6" w14:textId="77777777" w:rsidR="007F595A" w:rsidRPr="00FB7A0D" w:rsidRDefault="00000000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Arshpreet Singh Pandher</w:t>
      </w:r>
    </w:p>
    <w:p w14:paraId="004C0D61" w14:textId="00A9E3F6" w:rsidR="00FB7A0D" w:rsidRDefault="00000000">
      <w:r>
        <w:t>Ludhiana, Punjab</w:t>
      </w:r>
    </w:p>
    <w:p w14:paraId="38988ADD" w14:textId="74D652E7" w:rsidR="00F65E03" w:rsidRDefault="00F65E03">
      <w:r>
        <w:t xml:space="preserve">Email: </w:t>
      </w:r>
      <w:hyperlink r:id="rId6" w:history="1">
        <w:r w:rsidR="005E03B8" w:rsidRPr="00D07442">
          <w:rPr>
            <w:rStyle w:val="Hyperlink"/>
          </w:rPr>
          <w:t>arshpreetpb91@gmail.com</w:t>
        </w:r>
      </w:hyperlink>
    </w:p>
    <w:p w14:paraId="7FAF6C0B" w14:textId="20FFABD0" w:rsidR="005E03B8" w:rsidRDefault="005E03B8">
      <w:r>
        <w:t xml:space="preserve">Website: </w:t>
      </w:r>
      <w:hyperlink r:id="rId7" w:history="1">
        <w:r w:rsidRPr="005E03B8">
          <w:rPr>
            <w:rStyle w:val="Hyperlink"/>
          </w:rPr>
          <w:t>https://pandher.top</w:t>
        </w:r>
      </w:hyperlink>
    </w:p>
    <w:p w14:paraId="5BBCDA50" w14:textId="6D927CFF" w:rsidR="007F595A" w:rsidRDefault="00000000">
      <w:r>
        <w:t xml:space="preserve">LinkedIn: </w:t>
      </w:r>
      <w:hyperlink r:id="rId8" w:history="1">
        <w:r w:rsidRPr="005E03B8">
          <w:rPr>
            <w:rStyle w:val="Hyperlink"/>
          </w:rPr>
          <w:t>https://linked</w:t>
        </w:r>
        <w:r w:rsidRPr="005E03B8">
          <w:rPr>
            <w:rStyle w:val="Hyperlink"/>
          </w:rPr>
          <w:t>i</w:t>
        </w:r>
        <w:r w:rsidRPr="005E03B8">
          <w:rPr>
            <w:rStyle w:val="Hyperlink"/>
          </w:rPr>
          <w:t>n.com/in/</w:t>
        </w:r>
        <w:r w:rsidR="005E03B8">
          <w:rPr>
            <w:rStyle w:val="Hyperlink"/>
          </w:rPr>
          <w:t>im</w:t>
        </w:r>
        <w:r w:rsidRPr="005E03B8">
          <w:rPr>
            <w:rStyle w:val="Hyperlink"/>
          </w:rPr>
          <w:t>arshpandher</w:t>
        </w:r>
      </w:hyperlink>
    </w:p>
    <w:p w14:paraId="77100B25" w14:textId="77777777" w:rsidR="007F595A" w:rsidRPr="00FB7A0D" w:rsidRDefault="00000000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Professional Summary</w:t>
      </w:r>
    </w:p>
    <w:p w14:paraId="3D8893B6" w14:textId="77777777" w:rsidR="007F595A" w:rsidRDefault="00000000">
      <w:r>
        <w:t>Computer Science graduate with hands-on experience in IT support operations and MERN stack web development. Skilled in troubleshooting end-user issues, managing system configurations, and developing full-stack web applications. Demonstrates strong communication skills supported by advanced English proficiency and experience leading technical and organizational initiatives.</w:t>
      </w:r>
    </w:p>
    <w:p w14:paraId="5A58293D" w14:textId="77777777" w:rsidR="00C62EF1" w:rsidRPr="00FB7A0D" w:rsidRDefault="00C62EF1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Education</w:t>
      </w:r>
    </w:p>
    <w:p w14:paraId="0332E819" w14:textId="77777777" w:rsidR="00C62EF1" w:rsidRPr="00100392" w:rsidRDefault="00C62EF1">
      <w:pPr>
        <w:pStyle w:val="ListBullet"/>
        <w:rPr>
          <w:b/>
          <w:bCs/>
          <w:i/>
          <w:iCs/>
        </w:rPr>
      </w:pPr>
      <w:r>
        <w:rPr>
          <w:b/>
          <w:bCs/>
          <w:i/>
          <w:iCs/>
        </w:rPr>
        <w:t>Bachelor of Technology (Computer Science and Engineering)</w:t>
      </w:r>
    </w:p>
    <w:p w14:paraId="52FEBFE0" w14:textId="77777777" w:rsidR="00C62EF1" w:rsidRDefault="00C62EF1">
      <w:pPr>
        <w:pStyle w:val="ListContinue"/>
      </w:pPr>
      <w:r>
        <w:t>Baba Banda Singh Bahadur Engineering College, Fatehgarh Sahib (2021 – 2025)</w:t>
      </w:r>
    </w:p>
    <w:p w14:paraId="1213E872" w14:textId="77777777" w:rsidR="00C62EF1" w:rsidRPr="00100392" w:rsidRDefault="00C62EF1">
      <w:pPr>
        <w:pStyle w:val="ListBullet"/>
        <w:rPr>
          <w:b/>
          <w:bCs/>
          <w:i/>
          <w:iCs/>
        </w:rPr>
      </w:pPr>
      <w:r>
        <w:rPr>
          <w:b/>
          <w:bCs/>
          <w:i/>
          <w:iCs/>
        </w:rPr>
        <w:t>Senior Secondary Education (PCM – CBSE)</w:t>
      </w:r>
    </w:p>
    <w:p w14:paraId="20C90F65" w14:textId="77777777" w:rsidR="00C62EF1" w:rsidRDefault="00C62EF1">
      <w:pPr>
        <w:pStyle w:val="ListContinue"/>
      </w:pPr>
      <w:r>
        <w:t>Sant Isher Singh Ji Memorial Public School, Rara Sahib (2019 – 2021)</w:t>
      </w:r>
    </w:p>
    <w:p w14:paraId="3B977DF7" w14:textId="77777777" w:rsidR="007F595A" w:rsidRPr="00FB7A0D" w:rsidRDefault="00000000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Technical Skills</w:t>
      </w:r>
    </w:p>
    <w:p w14:paraId="3DC84632" w14:textId="77777777" w:rsidR="007F595A" w:rsidRDefault="00000000">
      <w:pPr>
        <w:pStyle w:val="ListBullet"/>
      </w:pPr>
      <w:r>
        <w:rPr>
          <w:b/>
        </w:rPr>
        <w:t xml:space="preserve">Frontend Development: </w:t>
      </w:r>
      <w:r>
        <w:t>HTML5, CSS3, JavaScript (ES6+), React.js</w:t>
      </w:r>
    </w:p>
    <w:p w14:paraId="4739C15B" w14:textId="77777777" w:rsidR="007F595A" w:rsidRDefault="00000000">
      <w:pPr>
        <w:pStyle w:val="ListBullet"/>
      </w:pPr>
      <w:r>
        <w:rPr>
          <w:b/>
        </w:rPr>
        <w:t xml:space="preserve">Backend Development: </w:t>
      </w:r>
      <w:r>
        <w:t>Node.js, Express.js</w:t>
      </w:r>
    </w:p>
    <w:p w14:paraId="0DBBAE0F" w14:textId="77777777" w:rsidR="007F595A" w:rsidRDefault="00000000">
      <w:pPr>
        <w:pStyle w:val="ListBullet"/>
      </w:pPr>
      <w:r>
        <w:rPr>
          <w:b/>
        </w:rPr>
        <w:t xml:space="preserve">Database: </w:t>
      </w:r>
      <w:r>
        <w:t>MongoDB</w:t>
      </w:r>
    </w:p>
    <w:p w14:paraId="74111B6F" w14:textId="77777777" w:rsidR="007F595A" w:rsidRDefault="00000000">
      <w:pPr>
        <w:pStyle w:val="ListBullet"/>
      </w:pPr>
      <w:r>
        <w:rPr>
          <w:b/>
        </w:rPr>
        <w:t xml:space="preserve">IT Support &amp; Systems: </w:t>
      </w:r>
      <w:r>
        <w:t>Help Desk Support, Hardware &amp; Software Troubleshooting, Operating Systems: Windows, Basic Networking Concepts</w:t>
      </w:r>
    </w:p>
    <w:p w14:paraId="4F56750C" w14:textId="77777777" w:rsidR="007F595A" w:rsidRDefault="00000000">
      <w:pPr>
        <w:pStyle w:val="ListBullet"/>
      </w:pPr>
      <w:r>
        <w:rPr>
          <w:b/>
        </w:rPr>
        <w:t xml:space="preserve">Development Tools: </w:t>
      </w:r>
      <w:r>
        <w:t>Git, GitHub, Visual Studio Code, REST APIs</w:t>
      </w:r>
    </w:p>
    <w:p w14:paraId="651C8989" w14:textId="1C37604A" w:rsidR="00D41560" w:rsidRDefault="00000000" w:rsidP="00D41560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Work Experience</w:t>
      </w:r>
    </w:p>
    <w:p w14:paraId="2354C5C3" w14:textId="77777777" w:rsidR="00D41560" w:rsidRPr="00D41560" w:rsidRDefault="00D41560" w:rsidP="00D41560"/>
    <w:p w14:paraId="608F1312" w14:textId="088896D7" w:rsidR="00D41560" w:rsidRPr="0000349B" w:rsidRDefault="00D41560">
      <w:pPr>
        <w:pStyle w:val="ListBullet"/>
        <w:rPr>
          <w:b/>
          <w:bCs/>
          <w:i/>
          <w:iCs/>
        </w:rPr>
      </w:pPr>
      <w:r>
        <w:rPr>
          <w:b/>
          <w:bCs/>
          <w:i/>
          <w:iCs/>
        </w:rPr>
        <w:t xml:space="preserve">Junior Web Development </w:t>
      </w:r>
      <w:r>
        <w:rPr>
          <w:i/>
          <w:iCs/>
        </w:rPr>
        <w:t>–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Prismaple, Mohali, India (March 2026 - Present)</w:t>
      </w:r>
      <w:r>
        <w:rPr>
          <w:b/>
          <w:bCs/>
          <w:i/>
          <w:iCs/>
        </w:rPr>
        <w:t xml:space="preserve">  </w:t>
      </w:r>
    </w:p>
    <w:p w14:paraId="085C4747" w14:textId="77777777" w:rsidR="00D41560" w:rsidRDefault="00D41560" w:rsidP="00D41560">
      <w:pPr>
        <w:pStyle w:val="ListBullet"/>
        <w:numPr>
          <w:ilvl w:val="0"/>
          <w:numId w:val="0"/>
        </w:numPr>
        <w:ind w:left="720" w:hanging="360"/>
      </w:pPr>
      <w:r>
        <w:t>Designed and developed 3+ SAAS projects in collaboration with my team. One of the</w:t>
      </w:r>
    </w:p>
    <w:p w14:paraId="08F45FA5" w14:textId="77777777" w:rsidR="00D41560" w:rsidRDefault="00D41560" w:rsidP="00D41560">
      <w:pPr>
        <w:pStyle w:val="ListBullet"/>
        <w:numPr>
          <w:ilvl w:val="0"/>
          <w:numId w:val="0"/>
        </w:numPr>
        <w:ind w:left="720" w:hanging="360"/>
      </w:pPr>
      <w:r>
        <w:t>Saas has 1000+ users and generated a total of 300+ dollars (AUS). The other two are</w:t>
      </w:r>
    </w:p>
    <w:p w14:paraId="17CE3C43" w14:textId="37C65D17" w:rsidR="00D41560" w:rsidRDefault="00D41560" w:rsidP="00D41560">
      <w:pPr>
        <w:pStyle w:val="ListBullet"/>
        <w:numPr>
          <w:ilvl w:val="0"/>
          <w:numId w:val="0"/>
        </w:numPr>
        <w:ind w:left="720" w:hanging="360"/>
      </w:pPr>
      <w:r>
        <w:t xml:space="preserve">Working as a management tools in 3+ organisations.  </w:t>
      </w:r>
    </w:p>
    <w:p w14:paraId="288ADB23" w14:textId="77777777" w:rsidR="00D41560" w:rsidRPr="00D41560" w:rsidRDefault="00D41560" w:rsidP="00D41560">
      <w:pPr>
        <w:pStyle w:val="ListBullet"/>
        <w:numPr>
          <w:ilvl w:val="0"/>
          <w:numId w:val="0"/>
        </w:numPr>
        <w:ind w:left="720" w:hanging="360"/>
      </w:pPr>
    </w:p>
    <w:p w14:paraId="08308B7A" w14:textId="77777777" w:rsidR="007F595A" w:rsidRPr="00D41560" w:rsidRDefault="00000000">
      <w:pPr>
        <w:pStyle w:val="ListBullet"/>
      </w:pPr>
      <w:r>
        <w:rPr>
          <w:b/>
          <w:bCs/>
        </w:rPr>
        <w:t>IT Support Trainee</w:t>
      </w:r>
      <w:r>
        <w:t xml:space="preserve"> – </w:t>
      </w:r>
      <w:r>
        <w:rPr>
          <w:i/>
          <w:iCs/>
        </w:rPr>
        <w:t>Bluechip Gulf IT Services, Mohali, Punjab</w:t>
      </w:r>
      <w:r>
        <w:t xml:space="preserve"> </w:t>
      </w:r>
      <w:r>
        <w:rPr>
          <w:i/>
          <w:iCs/>
        </w:rPr>
        <w:t>(Dec 2025 – Feb 2026)</w:t>
      </w:r>
    </w:p>
    <w:p w14:paraId="4963788C" w14:textId="77777777" w:rsidR="007F595A" w:rsidRDefault="00000000">
      <w:pPr>
        <w:pStyle w:val="ListContinue"/>
      </w:pPr>
      <w:r>
        <w:lastRenderedPageBreak/>
        <w:t>Provided technical support for end-user hardware and software issues.</w:t>
      </w:r>
    </w:p>
    <w:p w14:paraId="081479AA" w14:textId="77777777" w:rsidR="007F595A" w:rsidRDefault="00000000">
      <w:pPr>
        <w:pStyle w:val="ListContinue"/>
      </w:pPr>
      <w:r>
        <w:t>Assisted in system setup, configuration, and troubleshooting of desktops and laptops.</w:t>
      </w:r>
    </w:p>
    <w:p w14:paraId="148C2A54" w14:textId="77777777" w:rsidR="007F595A" w:rsidRDefault="00000000">
      <w:pPr>
        <w:pStyle w:val="ListContinue"/>
      </w:pPr>
      <w:r>
        <w:t>Supported installation and maintenance of enterprise applications.</w:t>
      </w:r>
    </w:p>
    <w:p w14:paraId="60409B80" w14:textId="77777777" w:rsidR="007F595A" w:rsidRDefault="00000000">
      <w:pPr>
        <w:pStyle w:val="ListContinue"/>
      </w:pPr>
      <w:r>
        <w:t>Assisted in monitoring system performance and resolving user tickets.</w:t>
      </w:r>
    </w:p>
    <w:p w14:paraId="299A662D" w14:textId="77777777" w:rsidR="007F595A" w:rsidRDefault="00000000">
      <w:pPr>
        <w:pStyle w:val="ListContinue"/>
      </w:pPr>
      <w:r>
        <w:t>Collaborated with senior engineers to ensure timely resolution of IT service requests.</w:t>
      </w:r>
    </w:p>
    <w:p w14:paraId="234E9CAC" w14:textId="77777777" w:rsidR="007F595A" w:rsidRDefault="00000000">
      <w:pPr>
        <w:pStyle w:val="ListBullet"/>
      </w:pPr>
      <w:r>
        <w:rPr>
          <w:b/>
          <w:bCs/>
        </w:rPr>
        <w:t>Web Development Intern (MERN Stack)</w:t>
      </w:r>
      <w:r>
        <w:t xml:space="preserve"> – </w:t>
      </w:r>
      <w:r>
        <w:rPr>
          <w:i/>
          <w:iCs/>
        </w:rPr>
        <w:t>Prismaple, Mohali, India (Jan 2025 – May 2025)</w:t>
      </w:r>
    </w:p>
    <w:p w14:paraId="19DD4189" w14:textId="77777777" w:rsidR="007F595A" w:rsidRDefault="00000000">
      <w:pPr>
        <w:pStyle w:val="ListContinue"/>
      </w:pPr>
      <w:r>
        <w:t>Developed responsive web application components using React.js.</w:t>
      </w:r>
    </w:p>
    <w:p w14:paraId="5827F072" w14:textId="77777777" w:rsidR="007F595A" w:rsidRDefault="00000000">
      <w:pPr>
        <w:pStyle w:val="ListContinue"/>
      </w:pPr>
      <w:r>
        <w:t>Built backend APIs using Node.js and Express.js.</w:t>
      </w:r>
    </w:p>
    <w:p w14:paraId="0F4030CA" w14:textId="77777777" w:rsidR="007F595A" w:rsidRDefault="00000000">
      <w:pPr>
        <w:pStyle w:val="ListContinue"/>
      </w:pPr>
      <w:r>
        <w:t>Integrated MongoDB database for dynamic data storage and retrieval.</w:t>
      </w:r>
    </w:p>
    <w:p w14:paraId="2C9C7406" w14:textId="77777777" w:rsidR="007F595A" w:rsidRDefault="00000000">
      <w:pPr>
        <w:pStyle w:val="ListContinue"/>
      </w:pPr>
      <w:r>
        <w:t>Assisted in debugging and optimizing application performance.</w:t>
      </w:r>
    </w:p>
    <w:p w14:paraId="00B25B7C" w14:textId="556C5A72" w:rsidR="00D41560" w:rsidRDefault="00000000" w:rsidP="00D41560">
      <w:pPr>
        <w:pStyle w:val="ListContinue"/>
      </w:pPr>
      <w:r>
        <w:t>Worked within version control systems for collaborative development.</w:t>
      </w:r>
    </w:p>
    <w:p w14:paraId="0D2CEF52" w14:textId="77777777" w:rsidR="007F595A" w:rsidRPr="00FB7A0D" w:rsidRDefault="0000000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Projects</w:t>
      </w:r>
    </w:p>
    <w:p w14:paraId="6A613AA4" w14:textId="4DA6E875" w:rsidR="00100392" w:rsidRDefault="00100392" w:rsidP="00100392">
      <w:pPr>
        <w:pStyle w:val="ListBullet"/>
        <w:rPr>
          <w:lang w:val="en-IN"/>
        </w:rPr>
      </w:pPr>
      <w:r>
        <w:rPr>
          <w:b/>
          <w:bCs/>
          <w:i/>
          <w:iCs/>
          <w:lang w:val="en-IN"/>
        </w:rPr>
        <w:t>Portfolio Website (</w:t>
      </w:r>
      <w:r w:rsidR="00390C1F">
        <w:rPr>
          <w:b/>
          <w:bCs/>
          <w:i/>
          <w:iCs/>
          <w:lang w:val="en-IN"/>
        </w:rPr>
        <w:t>Next</w:t>
      </w:r>
      <w:r>
        <w:rPr>
          <w:b/>
          <w:bCs/>
          <w:i/>
          <w:iCs/>
          <w:lang w:val="en-IN"/>
        </w:rPr>
        <w:t xml:space="preserve"> Based)</w:t>
      </w:r>
      <w:r>
        <w:rPr>
          <w:lang w:val="en-IN"/>
        </w:rPr>
        <w:br/>
        <w:t>Developing a personal portfolio website using React.js and Tailwind CSS.</w:t>
      </w:r>
      <w:r>
        <w:rPr>
          <w:lang w:val="en-IN"/>
        </w:rPr>
        <w:br/>
        <w:t>Designing responsive user interface components for improved accessibility across devices.</w:t>
      </w:r>
      <w:r>
        <w:rPr>
          <w:lang w:val="en-IN"/>
        </w:rPr>
        <w:br/>
        <w:t>Implementing state management using Redux.js.</w:t>
      </w:r>
      <w:r>
        <w:rPr>
          <w:lang w:val="en-IN"/>
        </w:rPr>
        <w:br/>
        <w:t>Showcases projects, technical skills, and professional experience.</w:t>
      </w:r>
    </w:p>
    <w:p w14:paraId="37BF6D5E" w14:textId="77777777" w:rsidR="00100392" w:rsidRDefault="00100392" w:rsidP="00100392">
      <w:pPr>
        <w:pStyle w:val="ListBullet"/>
        <w:rPr>
          <w:lang w:val="en-IN"/>
        </w:rPr>
      </w:pPr>
      <w:r>
        <w:rPr>
          <w:b/>
          <w:bCs/>
          <w:i/>
          <w:iCs/>
          <w:lang w:val="en-IN"/>
        </w:rPr>
        <w:t>Anime Streaming Platform Clone (React + API Integration)</w:t>
      </w:r>
      <w:r>
        <w:rPr>
          <w:lang w:val="en-IN"/>
        </w:rPr>
        <w:br/>
        <w:t>Developed a web application inspired by Hianime using React.js and Jikan API.</w:t>
      </w:r>
      <w:r>
        <w:rPr>
          <w:lang w:val="en-IN"/>
        </w:rPr>
        <w:br/>
        <w:t>Implemented anime listing, genre-based filtering, and episode streaming pages.</w:t>
      </w:r>
      <w:r>
        <w:rPr>
          <w:lang w:val="en-IN"/>
        </w:rPr>
        <w:br/>
        <w:t>Designed responsive user interface for seamless browsing experience.</w:t>
      </w:r>
      <w:r>
        <w:rPr>
          <w:lang w:val="en-IN"/>
        </w:rPr>
        <w:br/>
        <w:t>Integrated backend components using Express.js and MongoDB.</w:t>
      </w:r>
    </w:p>
    <w:p w14:paraId="1CDEFFBE" w14:textId="77777777" w:rsidR="00100392" w:rsidRDefault="00100392" w:rsidP="00100392">
      <w:pPr>
        <w:pStyle w:val="ListBullet"/>
        <w:rPr>
          <w:lang w:val="en-IN"/>
        </w:rPr>
      </w:pPr>
      <w:r>
        <w:rPr>
          <w:b/>
          <w:bCs/>
          <w:i/>
          <w:iCs/>
          <w:lang w:val="en-IN"/>
        </w:rPr>
        <w:t>Content-Based Movie Recommendation System (Machine Learning)</w:t>
      </w:r>
      <w:r>
        <w:rPr>
          <w:lang w:val="en-IN"/>
        </w:rPr>
        <w:br/>
        <w:t>Developed a recommendation system using Python and Scikit-Learn.</w:t>
      </w:r>
      <w:r>
        <w:rPr>
          <w:lang w:val="en-IN"/>
        </w:rPr>
        <w:br/>
        <w:t>Implemented content-based filtering using NLP techniques to analyze movie metadata.</w:t>
      </w:r>
      <w:r>
        <w:rPr>
          <w:lang w:val="en-IN"/>
        </w:rPr>
        <w:br/>
        <w:t>Designed algorithm to suggest movies based on similarity in genre, plot, cast, and keywords.</w:t>
      </w:r>
      <w:r>
        <w:rPr>
          <w:lang w:val="en-IN"/>
        </w:rPr>
        <w:br/>
        <w:t>Built interactive user interface using Streamlit.</w:t>
      </w:r>
    </w:p>
    <w:p w14:paraId="07D1B6EF" w14:textId="7BC55FFA" w:rsidR="00100392" w:rsidRPr="00100392" w:rsidRDefault="00100392" w:rsidP="00100392">
      <w:pPr>
        <w:pStyle w:val="ListBullet"/>
        <w:rPr>
          <w:lang w:val="en-IN"/>
        </w:rPr>
      </w:pPr>
      <w:r>
        <w:rPr>
          <w:b/>
          <w:bCs/>
          <w:i/>
          <w:lang w:val="en-IN"/>
        </w:rPr>
        <w:t>Address Book GUI Application (Python Tkinter)</w:t>
      </w:r>
      <w:r>
        <w:rPr>
          <w:i/>
          <w:lang w:val="en-IN"/>
        </w:rPr>
        <w:br/>
      </w:r>
      <w:r>
        <w:rPr>
          <w:lang w:val="en-IN"/>
        </w:rPr>
        <w:t>Developed desktop-based contact management application using Python Tkinter.</w:t>
      </w:r>
      <w:r>
        <w:rPr>
          <w:lang w:val="en-IN"/>
        </w:rPr>
        <w:br/>
        <w:t>Designed user-friendly interface for storing, updating, and deleting contact information.</w:t>
      </w:r>
      <w:r>
        <w:rPr>
          <w:lang w:val="en-IN"/>
        </w:rPr>
        <w:br/>
        <w:t>Implemented data handling and GUI interaction logic demonstrating core Python programming concepts.</w:t>
      </w:r>
    </w:p>
    <w:p w14:paraId="07B0CDE0" w14:textId="77777777" w:rsidR="007F595A" w:rsidRPr="00FB7A0D" w:rsidRDefault="00000000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Leadership &amp; Achievements</w:t>
      </w:r>
    </w:p>
    <w:p w14:paraId="767945E9" w14:textId="77777777" w:rsidR="00B15CC6" w:rsidRDefault="00B15CC6" w:rsidP="00B15CC6">
      <w:pPr>
        <w:pStyle w:val="ListBullet"/>
      </w:pPr>
      <w:r>
        <w:rPr>
          <w:b/>
          <w:bCs/>
        </w:rPr>
        <w:t>Contributed Research Presenter</w:t>
      </w:r>
      <w:r>
        <w:t xml:space="preserve"> – National Seminar on Applications of AI &amp; Machine Learning 2024 – Presented research paper titled </w:t>
      </w:r>
      <w:r>
        <w:rPr>
          <w:i/>
          <w:iCs/>
        </w:rPr>
        <w:t>“Content-Based Movie Recommendation System”</w:t>
      </w:r>
      <w:r>
        <w:t xml:space="preserve"> at the </w:t>
      </w:r>
      <w:r>
        <w:rPr>
          <w:b/>
          <w:bCs/>
        </w:rPr>
        <w:t>Thirty-Seventh National Convention</w:t>
      </w:r>
      <w:r>
        <w:t xml:space="preserve"> of Computer Engineers organized </w:t>
      </w:r>
      <w:r>
        <w:lastRenderedPageBreak/>
        <w:t xml:space="preserve">by </w:t>
      </w:r>
      <w:r>
        <w:rPr>
          <w:b/>
        </w:rPr>
        <w:t>The Institution of Engineers (India)</w:t>
      </w:r>
      <w:r>
        <w:t>, Chandigarh in association with Baba Banda Singh Bahadur Engineering College and Punjab Engineering College.</w:t>
      </w:r>
    </w:p>
    <w:p w14:paraId="212E9D82" w14:textId="193365CA" w:rsidR="00B15CC6" w:rsidRDefault="00B15CC6" w:rsidP="00B15CC6">
      <w:pPr>
        <w:pStyle w:val="ListBullet"/>
      </w:pPr>
      <w:r>
        <w:rPr>
          <w:b/>
        </w:rPr>
        <w:t>Second Prize Winner</w:t>
      </w:r>
      <w:r>
        <w:t xml:space="preserve"> – Short Movie Clip Competition, </w:t>
      </w:r>
      <w:r>
        <w:rPr>
          <w:b/>
        </w:rPr>
        <w:t>Tech Titans 2024</w:t>
      </w:r>
      <w:r>
        <w:t xml:space="preserve"> – Secured second position for creating an original short film demonstrating creativity, storytelling ability, and technical video production skills at Baba Banda Singh Bahadur Engineering College.</w:t>
      </w:r>
    </w:p>
    <w:p w14:paraId="24D6B982" w14:textId="77777777" w:rsidR="007F595A" w:rsidRDefault="00000000">
      <w:pPr>
        <w:pStyle w:val="ListBullet"/>
      </w:pPr>
      <w:r>
        <w:rPr>
          <w:b/>
        </w:rPr>
        <w:t>Founder and President</w:t>
      </w:r>
      <w:r>
        <w:t xml:space="preserve"> – </w:t>
      </w:r>
      <w:r>
        <w:rPr>
          <w:b/>
          <w:i/>
          <w:iCs/>
        </w:rPr>
        <w:t>Ctrl+Play Gaming Club, BBSBEC</w:t>
      </w:r>
      <w:r>
        <w:t xml:space="preserve"> – Led club activities and coordinated student engagement initiatives.</w:t>
      </w:r>
    </w:p>
    <w:p w14:paraId="5C976D5E" w14:textId="77777777" w:rsidR="007F595A" w:rsidRDefault="00000000">
      <w:pPr>
        <w:pStyle w:val="ListBullet"/>
      </w:pPr>
      <w:r>
        <w:rPr>
          <w:b/>
          <w:bCs/>
        </w:rPr>
        <w:t>Lead Student Coordinator</w:t>
      </w:r>
      <w:r>
        <w:t xml:space="preserve"> – </w:t>
      </w:r>
      <w:r>
        <w:rPr>
          <w:b/>
          <w:bCs/>
          <w:i/>
          <w:iCs/>
        </w:rPr>
        <w:t>Tech Titans 2024</w:t>
      </w:r>
      <w:r>
        <w:t xml:space="preserve"> – Managed event execution and coordinated student teams.</w:t>
      </w:r>
    </w:p>
    <w:p w14:paraId="384B9161" w14:textId="77777777" w:rsidR="007F595A" w:rsidRDefault="00000000">
      <w:pPr>
        <w:pStyle w:val="ListBullet"/>
      </w:pPr>
      <w:r>
        <w:rPr>
          <w:b/>
          <w:bCs/>
        </w:rPr>
        <w:t>Lead Student Coordinator</w:t>
      </w:r>
      <w:r>
        <w:t xml:space="preserve"> – </w:t>
      </w:r>
      <w:r>
        <w:rPr>
          <w:b/>
          <w:bCs/>
          <w:i/>
          <w:iCs/>
        </w:rPr>
        <w:t>Freshers Orientation 2022</w:t>
      </w:r>
      <w:r>
        <w:t xml:space="preserve"> – Organized onboarding activities for new students.</w:t>
      </w:r>
    </w:p>
    <w:p w14:paraId="6A8032F8" w14:textId="77777777" w:rsidR="00B15CC6" w:rsidRDefault="00000000" w:rsidP="00B15CC6">
      <w:pPr>
        <w:pStyle w:val="ListBullet"/>
      </w:pPr>
      <w:r>
        <w:rPr>
          <w:b/>
          <w:bCs/>
        </w:rPr>
        <w:t>Volunteer</w:t>
      </w:r>
      <w:r>
        <w:t xml:space="preserve"> – </w:t>
      </w:r>
      <w:r>
        <w:rPr>
          <w:b/>
          <w:bCs/>
          <w:i/>
          <w:iCs/>
        </w:rPr>
        <w:t>National Service Scheme (NSS)</w:t>
      </w:r>
      <w:r>
        <w:t xml:space="preserve"> – Participated in community service and organizational programs.</w:t>
      </w:r>
    </w:p>
    <w:p w14:paraId="31D73846" w14:textId="77777777" w:rsidR="007F595A" w:rsidRPr="00FB7A0D" w:rsidRDefault="00000000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Languages</w:t>
      </w:r>
    </w:p>
    <w:p w14:paraId="2896A741" w14:textId="77777777" w:rsidR="007F595A" w:rsidRDefault="00000000">
      <w:pPr>
        <w:pStyle w:val="ListBullet"/>
      </w:pPr>
      <w:r>
        <w:rPr>
          <w:b/>
          <w:bCs/>
        </w:rPr>
        <w:t>English</w:t>
      </w:r>
      <w:r>
        <w:t xml:space="preserve"> – </w:t>
      </w:r>
      <w:r>
        <w:rPr>
          <w:i/>
          <w:iCs/>
        </w:rPr>
        <w:t>CEFR Level C1</w:t>
      </w:r>
    </w:p>
    <w:p w14:paraId="53E716F0" w14:textId="77777777" w:rsidR="00B42D61" w:rsidRDefault="00B42D61">
      <w:pPr>
        <w:pStyle w:val="ListBullet"/>
      </w:pPr>
      <w:r>
        <w:rPr>
          <w:b/>
          <w:bCs/>
        </w:rPr>
        <w:t>Hindi</w:t>
      </w:r>
      <w:r>
        <w:t xml:space="preserve"> – </w:t>
      </w:r>
      <w:r>
        <w:rPr>
          <w:i/>
          <w:iCs/>
        </w:rPr>
        <w:t>Professional Working Proficiency</w:t>
      </w:r>
    </w:p>
    <w:p w14:paraId="2EA1C81A" w14:textId="474CAD61" w:rsidR="00FB7A0D" w:rsidRPr="000A315C" w:rsidRDefault="00000000" w:rsidP="00FB7A0D">
      <w:pPr>
        <w:pStyle w:val="ListBullet"/>
      </w:pPr>
      <w:r>
        <w:rPr>
          <w:b/>
          <w:bCs/>
        </w:rPr>
        <w:t>Punjabi</w:t>
      </w:r>
      <w:r>
        <w:t xml:space="preserve"> – </w:t>
      </w:r>
      <w:r>
        <w:rPr>
          <w:i/>
          <w:iCs/>
        </w:rPr>
        <w:t>Native</w:t>
      </w:r>
    </w:p>
    <w:p w14:paraId="5F5EB894" w14:textId="73737C57" w:rsidR="000A315C" w:rsidRDefault="000A315C" w:rsidP="000A315C">
      <w:pPr>
        <w:pStyle w:val="Heading2"/>
        <w:rPr>
          <w:sz w:val="30"/>
          <w:szCs w:val="30"/>
        </w:rPr>
      </w:pPr>
      <w:r>
        <w:rPr>
          <w:sz w:val="30"/>
          <w:szCs w:val="30"/>
        </w:rPr>
        <w:t>Certifications</w:t>
      </w:r>
    </w:p>
    <w:p w14:paraId="25079AD8" w14:textId="7CF74D14" w:rsidR="00FB7A0D" w:rsidRPr="000A315C" w:rsidRDefault="000A315C" w:rsidP="000A315C">
      <w:pPr>
        <w:rPr>
          <w:lang w:val="en-IN"/>
        </w:rPr>
      </w:pPr>
      <w:r>
        <w:rPr>
          <w:lang w:val="en-IN"/>
        </w:rPr>
        <w:t>• IELTS Academic – Band 8.0 (CEFR C1)</w:t>
      </w:r>
    </w:p>
    <w:p w14:paraId="25079AD9" w14:textId="7CF74D15" w:rsidR="00FB7A0D" w:rsidRPr="000A315C" w:rsidRDefault="000A315C" w:rsidP="000A315C">
      <w:pPr>
        <w:rPr>
          <w:lang w:val="en-IN"/>
        </w:rPr>
      </w:pPr>
      <w:r>
        <w:rPr>
          <w:lang w:val="en-IN"/>
        </w:rPr>
        <w:t>• Microsoft 365 Administration (Training)</w:t>
      </w:r>
    </w:p>
    <w:p w14:paraId="25079AE0" w14:textId="7CF74D16" w:rsidR="00FB7A0D" w:rsidRPr="000A315C" w:rsidRDefault="000A315C" w:rsidP="000A315C">
      <w:pPr>
        <w:rPr>
          <w:lang w:val="en-IN"/>
        </w:rPr>
      </w:pPr>
      <w:r>
        <w:rPr>
          <w:lang w:val="en-IN"/>
        </w:rPr>
        <w:t>• MERN Stack Development</w:t>
      </w:r>
    </w:p>
    <w:p w14:paraId="46466CF5" w14:textId="5964EEFC" w:rsidR="00FB7A0D" w:rsidRDefault="00FB7A0D" w:rsidP="00FB7A0D">
      <w:pPr>
        <w:pStyle w:val="ListBullet"/>
        <w:numPr>
          <w:ilvl w:val="0"/>
          <w:numId w:val="0"/>
        </w:numPr>
        <w:ind w:left="360" w:hanging="360"/>
      </w:pPr>
      <w:r>
        <w:t>Note: I am ready to relocate on the basis of work locations.</w:t>
      </w:r>
    </w:p>
    <w:sectPr w:rsidR="00FB7A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60EC9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6B2D9A"/>
    <w:multiLevelType w:val="hybridMultilevel"/>
    <w:tmpl w:val="54162A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715365">
    <w:abstractNumId w:val="8"/>
  </w:num>
  <w:num w:numId="2" w16cid:durableId="1119882330">
    <w:abstractNumId w:val="6"/>
  </w:num>
  <w:num w:numId="3" w16cid:durableId="2113085853">
    <w:abstractNumId w:val="5"/>
  </w:num>
  <w:num w:numId="4" w16cid:durableId="1945843398">
    <w:abstractNumId w:val="4"/>
  </w:num>
  <w:num w:numId="5" w16cid:durableId="412702115">
    <w:abstractNumId w:val="7"/>
  </w:num>
  <w:num w:numId="6" w16cid:durableId="92167685">
    <w:abstractNumId w:val="3"/>
  </w:num>
  <w:num w:numId="7" w16cid:durableId="2096704218">
    <w:abstractNumId w:val="2"/>
  </w:num>
  <w:num w:numId="8" w16cid:durableId="362024449">
    <w:abstractNumId w:val="1"/>
  </w:num>
  <w:num w:numId="9" w16cid:durableId="1838375990">
    <w:abstractNumId w:val="0"/>
  </w:num>
  <w:num w:numId="10" w16cid:durableId="122907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9B"/>
    <w:rsid w:val="00034616"/>
    <w:rsid w:val="0006063C"/>
    <w:rsid w:val="000A315C"/>
    <w:rsid w:val="000D2452"/>
    <w:rsid w:val="00100392"/>
    <w:rsid w:val="0015074B"/>
    <w:rsid w:val="0016058C"/>
    <w:rsid w:val="0029639D"/>
    <w:rsid w:val="002F0EEE"/>
    <w:rsid w:val="00326F90"/>
    <w:rsid w:val="00390C1F"/>
    <w:rsid w:val="003C794F"/>
    <w:rsid w:val="0046596B"/>
    <w:rsid w:val="005A7687"/>
    <w:rsid w:val="005E03B8"/>
    <w:rsid w:val="007F595A"/>
    <w:rsid w:val="00AA1D8D"/>
    <w:rsid w:val="00B05552"/>
    <w:rsid w:val="00B15CC6"/>
    <w:rsid w:val="00B42D61"/>
    <w:rsid w:val="00B47730"/>
    <w:rsid w:val="00C62EF1"/>
    <w:rsid w:val="00CB0664"/>
    <w:rsid w:val="00D41560"/>
    <w:rsid w:val="00DC3F3B"/>
    <w:rsid w:val="00E569AE"/>
    <w:rsid w:val="00F65E03"/>
    <w:rsid w:val="00FB7A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654F5A"/>
  <w14:defaultImageDpi w14:val="300"/>
  <w15:docId w15:val="{49E2D7EA-F944-40FA-B110-8DDDF6DB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E03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3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03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edin.com/in/imarshpandher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her.t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shpreetpb9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Arshpreet Singh</cp:lastModifiedBy>
  <cp:revision>8</cp:revision>
  <dcterms:created xsi:type="dcterms:W3CDTF">2026-02-06T07:39:00Z</dcterms:created>
  <dcterms:modified xsi:type="dcterms:W3CDTF">2026-07-13T16:05:00Z</dcterms:modified>
  <cp:category/>
</cp:coreProperties>
</file>